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CA1709" w14:textId="4E7204E6" w:rsidR="004401A1" w:rsidRDefault="00000000">
      <w:pPr>
        <w:spacing w:after="420"/>
        <w:jc w:val="center"/>
      </w:pPr>
      <w:proofErr w:type="spellStart"/>
      <w:r>
        <w:rPr>
          <w:b/>
          <w:color w:val="262324"/>
          <w:sz w:val="31"/>
        </w:rPr>
        <w:t>Jalgpalli</w:t>
      </w:r>
      <w:proofErr w:type="spellEnd"/>
      <w:r>
        <w:rPr>
          <w:b/>
          <w:color w:val="262324"/>
          <w:sz w:val="31"/>
        </w:rPr>
        <w:t xml:space="preserve"> MM </w:t>
      </w:r>
      <w:proofErr w:type="spellStart"/>
      <w:r w:rsidR="00A173ED">
        <w:rPr>
          <w:b/>
          <w:color w:val="262324"/>
          <w:sz w:val="31"/>
        </w:rPr>
        <w:t>arvudes</w:t>
      </w:r>
      <w:proofErr w:type="spellEnd"/>
      <w:r>
        <w:rPr>
          <w:b/>
          <w:color w:val="262324"/>
          <w:sz w:val="31"/>
        </w:rPr>
        <w:t xml:space="preserve">: </w:t>
      </w:r>
      <w:proofErr w:type="spellStart"/>
      <w:r w:rsidR="00A173ED">
        <w:rPr>
          <w:b/>
          <w:color w:val="262324"/>
          <w:sz w:val="31"/>
        </w:rPr>
        <w:t>millise</w:t>
      </w:r>
      <w:proofErr w:type="spellEnd"/>
      <w:r w:rsidR="00A173ED">
        <w:rPr>
          <w:b/>
          <w:color w:val="262324"/>
          <w:sz w:val="31"/>
        </w:rPr>
        <w:t xml:space="preserve"> loo </w:t>
      </w:r>
      <w:proofErr w:type="spellStart"/>
      <w:r w:rsidR="00A173ED">
        <w:rPr>
          <w:b/>
          <w:color w:val="262324"/>
          <w:sz w:val="31"/>
        </w:rPr>
        <w:t>jutustavad</w:t>
      </w:r>
      <w:proofErr w:type="spellEnd"/>
      <w:r w:rsidR="00A173ED">
        <w:rPr>
          <w:b/>
          <w:color w:val="262324"/>
          <w:sz w:val="31"/>
        </w:rPr>
        <w:t xml:space="preserve"> andmed</w:t>
      </w:r>
    </w:p>
    <w:p w14:paraId="68E288DD" w14:textId="07B3AAE9" w:rsidR="004401A1" w:rsidRDefault="00000000">
      <w:pPr>
        <w:spacing w:after="160"/>
      </w:pPr>
      <w:r>
        <w:rPr>
          <w:color w:val="262324"/>
        </w:rPr>
        <w:t xml:space="preserve">Elame andmetest tulvil maailmas. Andmeid leidub kõikjal, sealhulgas spordis. </w:t>
      </w:r>
      <w:proofErr w:type="spellStart"/>
      <w:r>
        <w:rPr>
          <w:color w:val="262324"/>
        </w:rPr>
        <w:t>Milliseid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uurimisküsimusi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sul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jalgpalli</w:t>
      </w:r>
      <w:proofErr w:type="spellEnd"/>
      <w:r>
        <w:rPr>
          <w:color w:val="262324"/>
        </w:rPr>
        <w:t xml:space="preserve"> maailmameistrivõistluste kohta tekib? Millistele küsimustele </w:t>
      </w:r>
      <w:proofErr w:type="spellStart"/>
      <w:r>
        <w:rPr>
          <w:color w:val="262324"/>
        </w:rPr>
        <w:t>saad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andmete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abil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vastata</w:t>
      </w:r>
      <w:proofErr w:type="spellEnd"/>
      <w:r>
        <w:rPr>
          <w:color w:val="262324"/>
        </w:rPr>
        <w:t>?</w:t>
      </w:r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Allpool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olevate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küsimuste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uurimisel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märgi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ära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andmeallikad</w:t>
      </w:r>
      <w:proofErr w:type="spellEnd"/>
      <w:r w:rsidR="00A173ED">
        <w:rPr>
          <w:color w:val="262324"/>
        </w:rPr>
        <w:t>.</w:t>
      </w:r>
    </w:p>
    <w:p w14:paraId="55A962E5" w14:textId="3D638FA7" w:rsidR="004401A1" w:rsidRDefault="00000000">
      <w:pPr>
        <w:spacing w:after="40"/>
      </w:pPr>
      <w:r>
        <w:rPr>
          <w:color w:val="262324"/>
        </w:rPr>
        <w:t xml:space="preserve">Siin on </w:t>
      </w:r>
      <w:proofErr w:type="spellStart"/>
      <w:r>
        <w:rPr>
          <w:color w:val="262324"/>
        </w:rPr>
        <w:t>alustuseks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mõned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ideed</w:t>
      </w:r>
      <w:proofErr w:type="spellEnd"/>
      <w:r w:rsidR="00A173ED">
        <w:rPr>
          <w:color w:val="262324"/>
        </w:rPr>
        <w:t xml:space="preserve"> - vali </w:t>
      </w:r>
      <w:proofErr w:type="spellStart"/>
      <w:r w:rsidR="00A173ED">
        <w:rPr>
          <w:color w:val="262324"/>
        </w:rPr>
        <w:t>neist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mõned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uurimiseks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või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sõnasta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hoopis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oma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küsimused</w:t>
      </w:r>
      <w:proofErr w:type="spellEnd"/>
      <w:r>
        <w:rPr>
          <w:color w:val="262324"/>
        </w:rPr>
        <w:t>.</w:t>
      </w:r>
    </w:p>
    <w:p w14:paraId="5E43D883" w14:textId="77777777" w:rsidR="004401A1" w:rsidRDefault="00000000">
      <w:pPr>
        <w:pStyle w:val="WorksheetHeading"/>
      </w:pPr>
      <w:r>
        <w:t>Küsimused võitmise ja edasipääsu kohta</w:t>
      </w:r>
    </w:p>
    <w:p w14:paraId="6BD5F3F3" w14:textId="5D567225" w:rsidR="004401A1" w:rsidRDefault="00000000">
      <w:pPr>
        <w:pStyle w:val="WorksheetBullet"/>
      </w:pPr>
      <w:r>
        <w:t xml:space="preserve">Kui </w:t>
      </w:r>
      <w:proofErr w:type="spellStart"/>
      <w:r>
        <w:t>sageli</w:t>
      </w:r>
      <w:proofErr w:type="spellEnd"/>
      <w:r>
        <w:t xml:space="preserve"> </w:t>
      </w:r>
      <w:proofErr w:type="spellStart"/>
      <w:r>
        <w:t>võidab</w:t>
      </w:r>
      <w:proofErr w:type="spellEnd"/>
      <w:r>
        <w:t xml:space="preserve"> </w:t>
      </w:r>
      <w:proofErr w:type="spellStart"/>
      <w:r w:rsidR="00A173ED">
        <w:t>matši</w:t>
      </w:r>
      <w:proofErr w:type="spellEnd"/>
      <w:r w:rsidR="00A173ED">
        <w:t xml:space="preserve"> see </w:t>
      </w:r>
      <w:proofErr w:type="spellStart"/>
      <w:r>
        <w:t>meeskond</w:t>
      </w:r>
      <w:proofErr w:type="spellEnd"/>
      <w:r>
        <w:t xml:space="preserve">, </w:t>
      </w:r>
      <w:proofErr w:type="spellStart"/>
      <w:r>
        <w:t>kes</w:t>
      </w:r>
      <w:proofErr w:type="spellEnd"/>
      <w:r>
        <w:t xml:space="preserve"> </w:t>
      </w:r>
      <w:proofErr w:type="spellStart"/>
      <w:r>
        <w:t>lööb</w:t>
      </w:r>
      <w:proofErr w:type="spellEnd"/>
      <w:r>
        <w:t xml:space="preserve"> </w:t>
      </w:r>
      <w:proofErr w:type="spellStart"/>
      <w:r w:rsidR="00A173ED">
        <w:t>mängus</w:t>
      </w:r>
      <w:proofErr w:type="spellEnd"/>
      <w:r w:rsidR="00A173ED">
        <w:t xml:space="preserve"> </w:t>
      </w:r>
      <w:proofErr w:type="spellStart"/>
      <w:r>
        <w:t>esimese</w:t>
      </w:r>
      <w:proofErr w:type="spellEnd"/>
      <w:r>
        <w:t xml:space="preserve"> </w:t>
      </w:r>
      <w:proofErr w:type="spellStart"/>
      <w:r>
        <w:t>värava</w:t>
      </w:r>
      <w:proofErr w:type="spellEnd"/>
      <w:r>
        <w:t>?</w:t>
      </w:r>
    </w:p>
    <w:p w14:paraId="09FCB3BB" w14:textId="77777777" w:rsidR="004401A1" w:rsidRDefault="00000000">
      <w:pPr>
        <w:pStyle w:val="WorksheetBullet"/>
      </w:pPr>
      <w:r>
        <w:t>Kui sageli läheb mäng lisaajale või penaltiseeriale?</w:t>
      </w:r>
    </w:p>
    <w:p w14:paraId="3E87C98D" w14:textId="34068A9A" w:rsidR="004401A1" w:rsidRDefault="00000000">
      <w:pPr>
        <w:pStyle w:val="WorksheetBullet"/>
      </w:pPr>
      <w:r>
        <w:t xml:space="preserve">Kui </w:t>
      </w:r>
      <w:proofErr w:type="spellStart"/>
      <w:r>
        <w:t>sageli</w:t>
      </w:r>
      <w:proofErr w:type="spellEnd"/>
      <w:r>
        <w:t xml:space="preserve"> </w:t>
      </w:r>
      <w:proofErr w:type="spellStart"/>
      <w:r>
        <w:t>esinevad</w:t>
      </w:r>
      <w:proofErr w:type="spellEnd"/>
      <w:r>
        <w:t xml:space="preserve"> </w:t>
      </w:r>
      <w:proofErr w:type="spellStart"/>
      <w:r>
        <w:t>korraldajariigid</w:t>
      </w:r>
      <w:proofErr w:type="spellEnd"/>
      <w:r>
        <w:t xml:space="preserve"> </w:t>
      </w:r>
      <w:proofErr w:type="spellStart"/>
      <w:r w:rsidR="00A173ED">
        <w:t>paremini</w:t>
      </w:r>
      <w:proofErr w:type="spellEnd"/>
      <w:r w:rsidR="00A173ED">
        <w:t xml:space="preserve"> </w:t>
      </w:r>
      <w:proofErr w:type="spellStart"/>
      <w:r w:rsidR="00A173ED">
        <w:t>algselt</w:t>
      </w:r>
      <w:proofErr w:type="spellEnd"/>
      <w:r w:rsidR="00A173ED">
        <w:t xml:space="preserve"> </w:t>
      </w:r>
      <w:proofErr w:type="spellStart"/>
      <w:r w:rsidR="00A173ED">
        <w:t>ennustatud</w:t>
      </w:r>
      <w:proofErr w:type="spellEnd"/>
      <w:r>
        <w:t>?</w:t>
      </w:r>
    </w:p>
    <w:p w14:paraId="7A4BFE09" w14:textId="400220B4" w:rsidR="004401A1" w:rsidRDefault="00000000">
      <w:pPr>
        <w:pStyle w:val="WorksheetBullet"/>
      </w:pPr>
      <w:r>
        <w:t xml:space="preserve">Kas </w:t>
      </w:r>
      <w:proofErr w:type="spellStart"/>
      <w:r>
        <w:t>penaltiseeria</w:t>
      </w:r>
      <w:proofErr w:type="spellEnd"/>
      <w:r>
        <w:t xml:space="preserve"> </w:t>
      </w:r>
      <w:proofErr w:type="spellStart"/>
      <w:r>
        <w:t>tulemused</w:t>
      </w:r>
      <w:proofErr w:type="spellEnd"/>
      <w:r>
        <w:t xml:space="preserve"> on </w:t>
      </w:r>
      <w:proofErr w:type="spellStart"/>
      <w:r>
        <w:t>juhuslikud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leidub</w:t>
      </w:r>
      <w:proofErr w:type="spellEnd"/>
      <w:r>
        <w:t xml:space="preserve"> </w:t>
      </w:r>
      <w:proofErr w:type="spellStart"/>
      <w:r>
        <w:t>neis</w:t>
      </w:r>
      <w:proofErr w:type="spellEnd"/>
      <w:r>
        <w:t xml:space="preserve"> mustreid?</w:t>
      </w:r>
    </w:p>
    <w:p w14:paraId="505D9AFA" w14:textId="77777777" w:rsidR="004401A1" w:rsidRDefault="00000000">
      <w:pPr>
        <w:pStyle w:val="WorksheetHeading"/>
      </w:pPr>
      <w:r>
        <w:t>Küsimused geograafia ja piirkondade kohta</w:t>
      </w:r>
    </w:p>
    <w:p w14:paraId="320F3E77" w14:textId="77777777" w:rsidR="004401A1" w:rsidRDefault="00000000">
      <w:pPr>
        <w:pStyle w:val="WorksheetBullet"/>
      </w:pPr>
      <w:r>
        <w:t>Millised maailmajaod või piirkonnad on meeste jalgpalli MM-il olnud kõige edukamad?</w:t>
      </w:r>
    </w:p>
    <w:p w14:paraId="0DDC2650" w14:textId="49DF54F2" w:rsidR="004401A1" w:rsidRDefault="00000000">
      <w:pPr>
        <w:pStyle w:val="WorksheetBullet"/>
      </w:pPr>
      <w:r>
        <w:t xml:space="preserve">Kas </w:t>
      </w:r>
      <w:proofErr w:type="spellStart"/>
      <w:r w:rsidR="00A173ED">
        <w:t>maailma</w:t>
      </w:r>
      <w:proofErr w:type="spellEnd"/>
      <w:r w:rsidR="00A173ED">
        <w:t xml:space="preserve"> </w:t>
      </w:r>
      <w:proofErr w:type="spellStart"/>
      <w:r>
        <w:t>eri</w:t>
      </w:r>
      <w:proofErr w:type="spellEnd"/>
      <w:r>
        <w:t xml:space="preserve"> </w:t>
      </w:r>
      <w:proofErr w:type="spellStart"/>
      <w:r>
        <w:t>piirkondade</w:t>
      </w:r>
      <w:proofErr w:type="spellEnd"/>
      <w:r>
        <w:t xml:space="preserve"> </w:t>
      </w:r>
      <w:proofErr w:type="spellStart"/>
      <w:r>
        <w:t>osalus</w:t>
      </w:r>
      <w:proofErr w:type="spellEnd"/>
      <w:r>
        <w:t xml:space="preserve"> </w:t>
      </w:r>
      <w:r w:rsidR="00A173ED">
        <w:t xml:space="preserve">MM-il </w:t>
      </w:r>
      <w:r>
        <w:t xml:space="preserve">on </w:t>
      </w:r>
      <w:proofErr w:type="spellStart"/>
      <w:r>
        <w:t>aja</w:t>
      </w:r>
      <w:proofErr w:type="spellEnd"/>
      <w:r>
        <w:t xml:space="preserve"> </w:t>
      </w:r>
      <w:proofErr w:type="spellStart"/>
      <w:r>
        <w:t>jooksul</w:t>
      </w:r>
      <w:proofErr w:type="spellEnd"/>
      <w:r>
        <w:t xml:space="preserve"> muutunud?</w:t>
      </w:r>
    </w:p>
    <w:p w14:paraId="51B67EB0" w14:textId="77777777" w:rsidR="004401A1" w:rsidRDefault="00000000">
      <w:pPr>
        <w:pStyle w:val="WorksheetBullet"/>
      </w:pPr>
      <w:r>
        <w:t>Kuidas on meeskonna läbitud vahemaa või korraldava maailmajao eelis seotud tulemustega?</w:t>
      </w:r>
    </w:p>
    <w:p w14:paraId="6127058B" w14:textId="77777777" w:rsidR="004401A1" w:rsidRDefault="00000000">
      <w:pPr>
        <w:pStyle w:val="WorksheetBullet"/>
      </w:pPr>
      <w:r>
        <w:t>Kas ilm, kõrgus merepinnast, asukoht ja/või ajavöönd mõjutavad meeskondi või mängude tulemusi?</w:t>
      </w:r>
    </w:p>
    <w:p w14:paraId="310C9D02" w14:textId="77777777" w:rsidR="004401A1" w:rsidRDefault="00000000">
      <w:pPr>
        <w:pStyle w:val="WorksheetHeading"/>
      </w:pPr>
      <w:r>
        <w:t>Küsimused õigluse ja turniiri formaadi kohta</w:t>
      </w:r>
    </w:p>
    <w:p w14:paraId="4BF024B3" w14:textId="77777777" w:rsidR="004401A1" w:rsidRDefault="00000000">
      <w:pPr>
        <w:pStyle w:val="WorksheetBullet"/>
      </w:pPr>
      <w:r>
        <w:t>Kas turniiri formaat mõjutab seda, millised meeskonnad edasi pääsevad?</w:t>
      </w:r>
    </w:p>
    <w:p w14:paraId="56BCD219" w14:textId="00ADB5B1" w:rsidR="004401A1" w:rsidRDefault="00000000">
      <w:pPr>
        <w:pStyle w:val="WorksheetBullet"/>
      </w:pPr>
      <w:r>
        <w:t xml:space="preserve">Kuidas muudab osalevate </w:t>
      </w:r>
      <w:proofErr w:type="spellStart"/>
      <w:r>
        <w:t>meeskondade</w:t>
      </w:r>
      <w:proofErr w:type="spellEnd"/>
      <w:r>
        <w:t xml:space="preserve"> </w:t>
      </w:r>
      <w:proofErr w:type="spellStart"/>
      <w:r>
        <w:t>arvu</w:t>
      </w:r>
      <w:proofErr w:type="spellEnd"/>
      <w:r>
        <w:t xml:space="preserve"> </w:t>
      </w:r>
      <w:proofErr w:type="spellStart"/>
      <w:r>
        <w:t>suurendamine</w:t>
      </w:r>
      <w:proofErr w:type="spellEnd"/>
      <w:r>
        <w:t xml:space="preserve"> </w:t>
      </w:r>
      <w:r w:rsidR="00A173ED">
        <w:t xml:space="preserve">2026.a. </w:t>
      </w:r>
      <w:proofErr w:type="spellStart"/>
      <w:r>
        <w:t>eri</w:t>
      </w:r>
      <w:proofErr w:type="spellEnd"/>
      <w:r>
        <w:t xml:space="preserve"> </w:t>
      </w:r>
      <w:proofErr w:type="spellStart"/>
      <w:r>
        <w:t>piirkondade</w:t>
      </w:r>
      <w:proofErr w:type="spellEnd"/>
      <w:r>
        <w:t xml:space="preserve"> </w:t>
      </w:r>
      <w:proofErr w:type="spellStart"/>
      <w:r>
        <w:t>võimalusi</w:t>
      </w:r>
      <w:proofErr w:type="spellEnd"/>
      <w:r>
        <w:t>?</w:t>
      </w:r>
    </w:p>
    <w:p w14:paraId="24D4F894" w14:textId="782D4110" w:rsidR="004401A1" w:rsidRDefault="00000000">
      <w:pPr>
        <w:pStyle w:val="WorksheetBullet"/>
      </w:pPr>
      <w:r>
        <w:t xml:space="preserve">Kas mõni </w:t>
      </w:r>
      <w:proofErr w:type="spellStart"/>
      <w:r>
        <w:t>alagrupp</w:t>
      </w:r>
      <w:proofErr w:type="spellEnd"/>
      <w:r>
        <w:t xml:space="preserve"> on </w:t>
      </w:r>
      <w:proofErr w:type="spellStart"/>
      <w:r>
        <w:t>teistest</w:t>
      </w:r>
      <w:proofErr w:type="spellEnd"/>
      <w:r>
        <w:t xml:space="preserve"> </w:t>
      </w:r>
      <w:proofErr w:type="spellStart"/>
      <w:r w:rsidR="00A173ED">
        <w:t>kõrgetasemelisem</w:t>
      </w:r>
      <w:proofErr w:type="spellEnd"/>
      <w:r>
        <w:t xml:space="preserve">? Kuidas </w:t>
      </w:r>
      <w:proofErr w:type="spellStart"/>
      <w:r>
        <w:t>saaksime</w:t>
      </w:r>
      <w:proofErr w:type="spellEnd"/>
      <w:r>
        <w:t xml:space="preserve"> </w:t>
      </w:r>
      <w:proofErr w:type="spellStart"/>
      <w:r>
        <w:t>mõõta</w:t>
      </w:r>
      <w:proofErr w:type="spellEnd"/>
      <w:r>
        <w:t xml:space="preserve"> „</w:t>
      </w:r>
      <w:proofErr w:type="spellStart"/>
      <w:r>
        <w:t>alagrupi</w:t>
      </w:r>
      <w:proofErr w:type="spellEnd"/>
      <w:r>
        <w:t xml:space="preserve"> </w:t>
      </w:r>
      <w:proofErr w:type="spellStart"/>
      <w:proofErr w:type="gramStart"/>
      <w:r w:rsidR="00A173ED">
        <w:t>taset</w:t>
      </w:r>
      <w:proofErr w:type="spellEnd"/>
      <w:r>
        <w:t>“</w:t>
      </w:r>
      <w:proofErr w:type="gramEnd"/>
      <w:r>
        <w:t>?</w:t>
      </w:r>
    </w:p>
    <w:p w14:paraId="19510409" w14:textId="77777777" w:rsidR="004401A1" w:rsidRDefault="00000000">
      <w:pPr>
        <w:pStyle w:val="WorksheetBullet"/>
      </w:pPr>
      <w:r>
        <w:t>Kas väravate vahe on õiglane viis otsustada, millised meeskonnad edasi pääsevad?</w:t>
      </w:r>
    </w:p>
    <w:p w14:paraId="54147E92" w14:textId="09436189" w:rsidR="004401A1" w:rsidRDefault="00000000">
      <w:pPr>
        <w:spacing w:before="280"/>
      </w:pPr>
      <w:r>
        <w:rPr>
          <w:color w:val="262324"/>
        </w:rPr>
        <w:t xml:space="preserve">Koosta esitlus, </w:t>
      </w:r>
      <w:proofErr w:type="spellStart"/>
      <w:r>
        <w:rPr>
          <w:color w:val="262324"/>
        </w:rPr>
        <w:t>milles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jutustad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oma</w:t>
      </w:r>
      <w:proofErr w:type="spellEnd"/>
      <w:r>
        <w:rPr>
          <w:color w:val="262324"/>
        </w:rPr>
        <w:t xml:space="preserve"> </w:t>
      </w:r>
      <w:proofErr w:type="spellStart"/>
      <w:r w:rsidR="00A173ED">
        <w:rPr>
          <w:color w:val="262324"/>
        </w:rPr>
        <w:t>küsimustel</w:t>
      </w:r>
      <w:proofErr w:type="spellEnd"/>
      <w:r w:rsidR="00A173ED">
        <w:rPr>
          <w:color w:val="262324"/>
        </w:rPr>
        <w:t xml:space="preserve"> ja </w:t>
      </w:r>
      <w:proofErr w:type="spellStart"/>
      <w:r w:rsidR="00A173ED">
        <w:rPr>
          <w:color w:val="262324"/>
        </w:rPr>
        <w:t>analüüsitud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andmetel</w:t>
      </w:r>
      <w:proofErr w:type="spellEnd"/>
      <w:r w:rsidR="00A173ED">
        <w:rPr>
          <w:color w:val="262324"/>
        </w:rPr>
        <w:t xml:space="preserve"> </w:t>
      </w:r>
      <w:proofErr w:type="spellStart"/>
      <w:r w:rsidR="00A173ED">
        <w:rPr>
          <w:color w:val="262324"/>
        </w:rPr>
        <w:t>põhineva</w:t>
      </w:r>
      <w:proofErr w:type="spellEnd"/>
      <w:r w:rsidR="00A173ED">
        <w:rPr>
          <w:color w:val="262324"/>
        </w:rPr>
        <w:t xml:space="preserve"> </w:t>
      </w:r>
      <w:r>
        <w:rPr>
          <w:color w:val="262324"/>
        </w:rPr>
        <w:t xml:space="preserve">loo. </w:t>
      </w:r>
      <w:proofErr w:type="spellStart"/>
      <w:r>
        <w:rPr>
          <w:color w:val="262324"/>
        </w:rPr>
        <w:t>Millise</w:t>
      </w:r>
      <w:proofErr w:type="spellEnd"/>
      <w:r>
        <w:rPr>
          <w:color w:val="262324"/>
        </w:rPr>
        <w:t xml:space="preserve">(d) </w:t>
      </w:r>
      <w:proofErr w:type="spellStart"/>
      <w:r>
        <w:rPr>
          <w:color w:val="262324"/>
        </w:rPr>
        <w:t>küsimuse</w:t>
      </w:r>
      <w:proofErr w:type="spellEnd"/>
      <w:r>
        <w:rPr>
          <w:color w:val="262324"/>
        </w:rPr>
        <w:t xml:space="preserve">(d) </w:t>
      </w:r>
      <w:proofErr w:type="spellStart"/>
      <w:r>
        <w:rPr>
          <w:color w:val="262324"/>
        </w:rPr>
        <w:t>esitasid</w:t>
      </w:r>
      <w:proofErr w:type="spellEnd"/>
      <w:r>
        <w:rPr>
          <w:color w:val="262324"/>
        </w:rPr>
        <w:t xml:space="preserve">? </w:t>
      </w:r>
      <w:proofErr w:type="spellStart"/>
      <w:r>
        <w:rPr>
          <w:color w:val="262324"/>
        </w:rPr>
        <w:t>Milliseid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andmeid</w:t>
      </w:r>
      <w:proofErr w:type="spellEnd"/>
      <w:r w:rsidR="00A173ED">
        <w:rPr>
          <w:color w:val="262324"/>
        </w:rPr>
        <w:t xml:space="preserve">, </w:t>
      </w:r>
      <w:proofErr w:type="spellStart"/>
      <w:r w:rsidR="00A173ED">
        <w:rPr>
          <w:color w:val="262324"/>
        </w:rPr>
        <w:t>kust</w:t>
      </w:r>
      <w:proofErr w:type="spellEnd"/>
      <w:r w:rsidR="00A173ED">
        <w:rPr>
          <w:color w:val="262324"/>
        </w:rPr>
        <w:t xml:space="preserve"> ja </w:t>
      </w:r>
      <w:proofErr w:type="spellStart"/>
      <w:r w:rsidR="00A173ED">
        <w:rPr>
          <w:color w:val="262324"/>
        </w:rPr>
        <w:t>kuidas</w:t>
      </w:r>
      <w:proofErr w:type="spellEnd"/>
      <w:r>
        <w:rPr>
          <w:color w:val="262324"/>
        </w:rPr>
        <w:t xml:space="preserve"> </w:t>
      </w:r>
      <w:proofErr w:type="spellStart"/>
      <w:r>
        <w:rPr>
          <w:color w:val="262324"/>
        </w:rPr>
        <w:t>kogusid</w:t>
      </w:r>
      <w:proofErr w:type="spellEnd"/>
      <w:r>
        <w:rPr>
          <w:color w:val="262324"/>
        </w:rPr>
        <w:t>? Millised vastused oma küsimustele said?</w:t>
      </w:r>
    </w:p>
    <w:sectPr w:rsidR="004401A1" w:rsidSect="00034616">
      <w:headerReference w:type="default" r:id="rId8"/>
      <w:footerReference w:type="default" r:id="rId9"/>
      <w:pgSz w:w="12240" w:h="15840"/>
      <w:pgMar w:top="3139" w:right="1469" w:bottom="2232" w:left="1872" w:header="0" w:footer="20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2807E0" w14:textId="77777777" w:rsidR="00E0456A" w:rsidRDefault="00E0456A">
      <w:r>
        <w:separator/>
      </w:r>
    </w:p>
  </w:endnote>
  <w:endnote w:type="continuationSeparator" w:id="0">
    <w:p w14:paraId="1349C3B3" w14:textId="77777777" w:rsidR="00E0456A" w:rsidRDefault="00E04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231544" w14:textId="77777777" w:rsidR="004401A1" w:rsidRDefault="00000000">
    <w:pPr>
      <w:pStyle w:val="Footer"/>
      <w:spacing w:after="40"/>
      <w:ind w:left="3096"/>
    </w:pPr>
    <w:proofErr w:type="spellStart"/>
    <w:r>
      <w:rPr>
        <w:b/>
        <w:color w:val="262324"/>
        <w:sz w:val="18"/>
      </w:rPr>
      <w:t>Rohkem</w:t>
    </w:r>
    <w:proofErr w:type="spellEnd"/>
    <w:r>
      <w:rPr>
        <w:b/>
        <w:color w:val="262324"/>
        <w:sz w:val="18"/>
      </w:rPr>
      <w:t xml:space="preserve"> </w:t>
    </w:r>
    <w:proofErr w:type="spellStart"/>
    <w:r>
      <w:rPr>
        <w:b/>
        <w:color w:val="262324"/>
        <w:sz w:val="18"/>
      </w:rPr>
      <w:t>materjale</w:t>
    </w:r>
    <w:proofErr w:type="spellEnd"/>
    <w:r>
      <w:rPr>
        <w:b/>
        <w:color w:val="262324"/>
        <w:sz w:val="18"/>
      </w:rPr>
      <w:t xml:space="preserve"> ja </w:t>
    </w:r>
    <w:proofErr w:type="spellStart"/>
    <w:r>
      <w:rPr>
        <w:b/>
        <w:color w:val="262324"/>
        <w:sz w:val="18"/>
      </w:rPr>
      <w:t>ülesandeid</w:t>
    </w:r>
    <w:proofErr w:type="spellEnd"/>
    <w:r>
      <w:rPr>
        <w:b/>
        <w:color w:val="262324"/>
        <w:sz w:val="18"/>
      </w:rPr>
      <w:t xml:space="preserve"> K-12 </w:t>
    </w:r>
    <w:proofErr w:type="spellStart"/>
    <w:r>
      <w:rPr>
        <w:b/>
        <w:color w:val="262324"/>
        <w:sz w:val="18"/>
      </w:rPr>
      <w:t>andmeteaduse</w:t>
    </w:r>
    <w:proofErr w:type="spellEnd"/>
    <w:r>
      <w:rPr>
        <w:b/>
        <w:color w:val="262324"/>
        <w:sz w:val="18"/>
      </w:rPr>
      <w:t xml:space="preserve"> </w:t>
    </w:r>
    <w:proofErr w:type="spellStart"/>
    <w:r>
      <w:rPr>
        <w:b/>
        <w:color w:val="262324"/>
        <w:sz w:val="18"/>
      </w:rPr>
      <w:t>kohta</w:t>
    </w:r>
    <w:proofErr w:type="spellEnd"/>
    <w:r>
      <w:rPr>
        <w:b/>
        <w:color w:val="262324"/>
        <w:sz w:val="18"/>
      </w:rPr>
      <w:t xml:space="preserve"> </w:t>
    </w:r>
    <w:proofErr w:type="spellStart"/>
    <w:r>
      <w:rPr>
        <w:b/>
        <w:color w:val="262324"/>
        <w:sz w:val="18"/>
      </w:rPr>
      <w:t>leiad</w:t>
    </w:r>
    <w:proofErr w:type="spellEnd"/>
    <w:r>
      <w:rPr>
        <w:b/>
        <w:color w:val="262324"/>
        <w:sz w:val="18"/>
      </w:rPr>
      <w:t xml:space="preserve"> </w:t>
    </w:r>
    <w:proofErr w:type="spellStart"/>
    <w:r>
      <w:rPr>
        <w:b/>
        <w:color w:val="262324"/>
        <w:sz w:val="18"/>
      </w:rPr>
      <w:t>siit</w:t>
    </w:r>
    <w:proofErr w:type="spellEnd"/>
    <w:r>
      <w:rPr>
        <w:b/>
        <w:color w:val="262324"/>
        <w:sz w:val="18"/>
      </w:rPr>
      <w:t>:</w:t>
    </w:r>
  </w:p>
  <w:p w14:paraId="11F3979D" w14:textId="77777777" w:rsidR="004401A1" w:rsidRDefault="00000000">
    <w:pPr>
      <w:ind w:left="3096"/>
    </w:pPr>
    <w:r>
      <w:rPr>
        <w:color w:val="194E99"/>
        <w:sz w:val="18"/>
        <w:u w:val="single"/>
      </w:rPr>
      <w:t>https://www.youcubed.org/resource/data-literacy/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296129" w14:textId="77777777" w:rsidR="00E0456A" w:rsidRDefault="00E0456A">
      <w:r>
        <w:separator/>
      </w:r>
    </w:p>
  </w:footnote>
  <w:footnote w:type="continuationSeparator" w:id="0">
    <w:p w14:paraId="7D115626" w14:textId="77777777" w:rsidR="00E0456A" w:rsidRDefault="00E04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D850FF" w14:textId="77777777" w:rsidR="004401A1" w:rsidRDefault="00000000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0839D762" wp14:editId="2E08800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ld-cup-2026-blank-backgrou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8F5394"/>
    <w:multiLevelType w:val="singleLevel"/>
    <w:tmpl w:val="5D5AA7FA"/>
    <w:lvl w:ilvl="0">
      <w:start w:val="1"/>
      <w:numFmt w:val="bullet"/>
      <w:pStyle w:val="ListBullet"/>
      <w:lvlText w:val="•"/>
      <w:lvlJc w:val="left"/>
      <w:pPr>
        <w:tabs>
          <w:tab w:val="num" w:pos="260"/>
        </w:tabs>
        <w:ind w:left="260" w:hanging="200"/>
      </w:pPr>
    </w:lvl>
  </w:abstractNum>
  <w:num w:numId="1" w16cid:durableId="82466687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3005"/>
    <w:rsid w:val="0029639D"/>
    <w:rsid w:val="00326F90"/>
    <w:rsid w:val="004401A1"/>
    <w:rsid w:val="00A173ED"/>
    <w:rsid w:val="00AA1D8D"/>
    <w:rsid w:val="00B47730"/>
    <w:rsid w:val="00CB0664"/>
    <w:rsid w:val="00E0456A"/>
    <w:rsid w:val="00E24E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7A70FBB"/>
  <w14:defaultImageDpi w14:val="300"/>
  <w15:docId w15:val="{025751C5-AC6B-BA4F-8DA7-106BE5A9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 Narrow" w:eastAsia="Arial Narrow" w:hAnsi="Arial Narrow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orksheetHeading">
    <w:name w:val="Worksheet Heading"/>
    <w:pPr>
      <w:keepNext/>
      <w:spacing w:before="100" w:after="0" w:line="240" w:lineRule="auto"/>
    </w:pPr>
    <w:rPr>
      <w:rFonts w:ascii="Arial Narrow" w:eastAsia="Arial Narrow" w:hAnsi="Arial Narrow"/>
      <w:b/>
      <w:color w:val="262324"/>
    </w:rPr>
  </w:style>
  <w:style w:type="paragraph" w:customStyle="1" w:styleId="WorksheetBullet">
    <w:name w:val="Worksheet Bullet"/>
    <w:pPr>
      <w:tabs>
        <w:tab w:val="num" w:pos="260"/>
      </w:tabs>
      <w:spacing w:after="0" w:line="240" w:lineRule="auto"/>
      <w:ind w:left="259" w:hanging="216"/>
    </w:pPr>
    <w:rPr>
      <w:rFonts w:ascii="Arial Narrow" w:eastAsia="Arial Narrow" w:hAnsi="Arial Narrow"/>
      <w:color w:val="262324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Jalgpalli MM 2026: muudetav andmeülesanne</dc:title>
  <dc:subject>Youcubedi töölehe eestikeelne muudetava tekstiga versioon</dc:subject>
  <dc:creator>OpenAI Codex</dc:creator>
  <cp:keywords/>
  <dc:description>generated by python-docx</dc:description>
  <cp:lastModifiedBy>Mart Laanpere</cp:lastModifiedBy>
  <cp:revision>3</cp:revision>
  <dcterms:created xsi:type="dcterms:W3CDTF">2026-07-23T08:02:00Z</dcterms:created>
  <dcterms:modified xsi:type="dcterms:W3CDTF">2026-07-23T08:09:00Z</dcterms:modified>
  <cp:category/>
  <dc:language>et-EE</dc:language>
</cp:coreProperties>
</file>